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8B60" w14:textId="50C0D1F0" w:rsidR="00512986" w:rsidRPr="00512986" w:rsidRDefault="00512986" w:rsidP="002B7536">
      <w:pPr>
        <w:ind w:left="6096" w:hanging="6096"/>
        <w:rPr>
          <w:lang w:val="el-GR"/>
        </w:rPr>
      </w:pPr>
      <w:r w:rsidRPr="00512986">
        <w:rPr>
          <w:noProof/>
          <w:lang w:val="el-GR"/>
        </w:rPr>
        <w:drawing>
          <wp:inline distT="0" distB="0" distL="0" distR="0" wp14:anchorId="1042BC9B" wp14:editId="1D68EC84">
            <wp:extent cx="1828800" cy="1085630"/>
            <wp:effectExtent l="0" t="0" r="0" b="635"/>
            <wp:docPr id="996946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46237" name="Picture 9969462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3432" cy="11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36"/>
      </w:tblGrid>
      <w:tr w:rsidR="00F30DFD" w:rsidRPr="00A3674D" w14:paraId="111B0DEC" w14:textId="77777777" w:rsidTr="00512986">
        <w:trPr>
          <w:trHeight w:val="586"/>
          <w:jc w:val="center"/>
        </w:trPr>
        <w:tc>
          <w:tcPr>
            <w:tcW w:w="10036" w:type="dxa"/>
            <w:tcBorders>
              <w:top w:val="nil"/>
              <w:left w:val="nil"/>
              <w:bottom w:val="single" w:sz="18" w:space="0" w:color="222222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EBDB" w14:textId="48A4FAFD" w:rsidR="00F30DFD" w:rsidRPr="00A3674D" w:rsidRDefault="005C0BBD" w:rsidP="00512986">
            <w:pPr>
              <w:spacing w:after="0" w:line="240" w:lineRule="auto"/>
              <w:rPr>
                <w:lang w:val="el-GR"/>
              </w:rPr>
            </w:pPr>
            <w:r w:rsidRPr="00512986">
              <w:rPr>
                <w:b/>
                <w:bCs/>
                <w:sz w:val="40"/>
                <w:szCs w:val="40"/>
                <w:lang w:val="el-GR"/>
              </w:rPr>
              <w:t>ΑΙΤΗΣΗ ΕΓΓΡΑΦΗΣ</w:t>
            </w:r>
          </w:p>
        </w:tc>
      </w:tr>
    </w:tbl>
    <w:tbl>
      <w:tblPr>
        <w:tblW w:w="10454" w:type="dxa"/>
        <w:jc w:val="center"/>
        <w:tblLayout w:type="fixed"/>
        <w:tblLook w:val="04A0" w:firstRow="1" w:lastRow="0" w:firstColumn="1" w:lastColumn="0" w:noHBand="0" w:noVBand="1"/>
      </w:tblPr>
      <w:tblGrid>
        <w:gridCol w:w="6045"/>
        <w:gridCol w:w="4409"/>
      </w:tblGrid>
      <w:tr w:rsidR="00F30DFD" w:rsidRPr="00A3674D" w14:paraId="54B319B9" w14:textId="77777777" w:rsidTr="00512986">
        <w:trPr>
          <w:jc w:val="center"/>
        </w:trPr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0" w:type="dxa"/>
              <w:right w:w="360" w:type="dxa"/>
            </w:tcMar>
          </w:tcPr>
          <w:tbl>
            <w:tblPr>
              <w:tblpPr w:leftFromText="180" w:rightFromText="180" w:vertAnchor="text" w:horzAnchor="margin" w:tblpY="-465"/>
              <w:tblOverlap w:val="never"/>
              <w:tblW w:w="5670" w:type="dxa"/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4110"/>
            </w:tblGrid>
            <w:tr w:rsidR="00A3674D" w14:paraId="537AD327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B887464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Επώνυμο: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CE62087" w14:textId="77777777" w:rsidR="00A3674D" w:rsidRDefault="00A3674D" w:rsidP="00A3674D">
                  <w:pPr>
                    <w:spacing w:after="0" w:line="240" w:lineRule="auto"/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</w:tc>
            </w:tr>
            <w:tr w:rsidR="00A3674D" w14:paraId="25DE4FD3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43DEB14" w14:textId="77777777" w:rsid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</w:p>
                <w:p w14:paraId="2A035F9A" w14:textId="7F366141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Όνομα: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E776804" w14:textId="77777777" w:rsidR="00A3674D" w:rsidRDefault="00A3674D" w:rsidP="00A3674D">
                  <w:pPr>
                    <w:spacing w:after="0" w:line="240" w:lineRule="auto"/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</w:tc>
            </w:tr>
            <w:tr w:rsidR="00A3674D" w14:paraId="152D0BDF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0DD9CACE" w14:textId="77777777" w:rsid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</w:p>
                <w:p w14:paraId="0B69ECE0" w14:textId="367050D5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Πατρώνυμο: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79B0F828" w14:textId="77777777" w:rsidR="00A3674D" w:rsidRP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</w:p>
              </w:tc>
            </w:tr>
            <w:tr w:rsidR="00A3674D" w14:paraId="56F4C629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4D3CF0A" w14:textId="77777777" w:rsid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</w:p>
                <w:p w14:paraId="4D57FAFC" w14:textId="774608FD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Εταιρία του Ομίλου</w:t>
                  </w:r>
                </w:p>
                <w:p w14:paraId="04C98738" w14:textId="6A5ADC6C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(Θηγατρική)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C6BF813" w14:textId="23910FB7" w:rsidR="00A3674D" w:rsidRPr="00C4186E" w:rsidRDefault="00A3674D" w:rsidP="00A3674D">
                  <w:pPr>
                    <w:spacing w:after="0" w:line="240" w:lineRule="auto"/>
                    <w:rPr>
                      <w:rFonts w:asciiTheme="minorHAnsi" w:hAnsiTheme="minorHAnsi"/>
                      <w:color w:val="111111"/>
                      <w:sz w:val="20"/>
                      <w:lang w:val="el-GR"/>
                    </w:rPr>
                  </w:pPr>
                </w:p>
                <w:p w14:paraId="4255218C" w14:textId="42B1317E" w:rsidR="00A3674D" w:rsidRPr="00C4186E" w:rsidRDefault="00A3674D" w:rsidP="00A3674D">
                  <w:pPr>
                    <w:spacing w:after="0" w:line="240" w:lineRule="auto"/>
                    <w:rPr>
                      <w:rFonts w:asciiTheme="minorHAnsi" w:hAnsiTheme="minorHAnsi"/>
                      <w:color w:val="111111"/>
                      <w:sz w:val="20"/>
                      <w:lang w:val="el-GR"/>
                    </w:rPr>
                  </w:pPr>
                </w:p>
              </w:tc>
            </w:tr>
            <w:tr w:rsidR="00A3674D" w14:paraId="1C55D3A0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CA91A7B" w14:textId="38C8E90D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bCs/>
                      <w:sz w:val="18"/>
                      <w:szCs w:val="18"/>
                    </w:rPr>
                  </w:pPr>
                  <w:r w:rsidRPr="00A3674D">
                    <w:rPr>
                      <w:b/>
                      <w:bCs/>
                      <w:sz w:val="18"/>
                      <w:szCs w:val="18"/>
                    </w:rPr>
                    <w:t>T</w:t>
                  </w:r>
                  <w:r w:rsidRPr="00A3674D">
                    <w:rPr>
                      <w:b/>
                      <w:bCs/>
                      <w:sz w:val="18"/>
                      <w:szCs w:val="18"/>
                      <w:lang w:val="el-GR"/>
                    </w:rPr>
                    <w:t>όπος Εργασίας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E69CFCD" w14:textId="075D7581" w:rsidR="00A3674D" w:rsidRP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</w:tc>
            </w:tr>
            <w:tr w:rsidR="00A3674D" w14:paraId="3CE06CE4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23A46709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Διεύθυνση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br/>
                    <w:t>κατοικίας:</w:t>
                  </w:r>
                  <w:r w:rsidRPr="00A3674D">
                    <w:rPr>
                      <w:color w:val="666666"/>
                      <w:sz w:val="18"/>
                      <w:szCs w:val="18"/>
                    </w:rPr>
                    <w:br/>
                    <w:t>Οδός / αριθμός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46F0DF9" w14:textId="7DA5B8DD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6C710896" w14:textId="77777777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  <w:p w14:paraId="751189CD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25D61474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08BE4491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Περιοχή:</w:t>
                  </w:r>
                  <w:r w:rsidRPr="00A3674D">
                    <w:rPr>
                      <w:color w:val="666666"/>
                      <w:sz w:val="18"/>
                      <w:szCs w:val="18"/>
                    </w:rPr>
                    <w:br/>
                    <w:t>Τ.Κ.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4E49BA51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56DF3F00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</w:p>
                <w:p w14:paraId="06592B12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40FAFE73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702EE066" w14:textId="77777777" w:rsid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</w:p>
                <w:p w14:paraId="20DB617C" w14:textId="13EFC395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Email: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F7973C4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1B37A67E" w14:textId="77777777" w:rsidR="000979D0" w:rsidRPr="000979D0" w:rsidRDefault="000979D0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17936575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780050F9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Τηλέφωνο: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70C76A3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3F2F606F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73A3B190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0CA7F8E6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Βαθμίδα:</w:t>
                  </w:r>
                  <w:r w:rsidRPr="00A3674D">
                    <w:rPr>
                      <w:color w:val="666666"/>
                      <w:sz w:val="18"/>
                      <w:szCs w:val="18"/>
                    </w:rPr>
                    <w:br/>
                    <w:t>Job title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183A8867" w14:textId="0E45630C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2304364B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2BFB1B5F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9DFC4BD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Τμήμα:</w:t>
                  </w:r>
                  <w:r w:rsidRPr="00A3674D">
                    <w:rPr>
                      <w:color w:val="666666"/>
                      <w:sz w:val="18"/>
                      <w:szCs w:val="18"/>
                    </w:rPr>
                    <w:br/>
                    <w:t>Department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381178B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</w:p>
                <w:p w14:paraId="488B885C" w14:textId="06458161" w:rsidR="00A3674D" w:rsidRDefault="00A3674D" w:rsidP="00A3674D">
                  <w:pPr>
                    <w:spacing w:after="0" w:line="240" w:lineRule="auto"/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</w:tc>
            </w:tr>
            <w:tr w:rsidR="00A3674D" w14:paraId="04312782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B55DF35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Ομάδα:</w:t>
                  </w:r>
                  <w:r w:rsidRPr="00A3674D">
                    <w:rPr>
                      <w:color w:val="666666"/>
                      <w:sz w:val="18"/>
                      <w:szCs w:val="18"/>
                    </w:rPr>
                    <w:br/>
                    <w:t>Team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EF2DE43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0860C9FA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0CB9F313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6CC555BB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Ημερομηνία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br/>
                    <w:t>γέννησης: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2DFEF49D" w14:textId="16F57DF5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6976C6EA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3068A6CF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54AEE13D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Επίπεδο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br/>
                    <w:t>σπουδών: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4A60DD29" w14:textId="62EDD520" w:rsidR="00A3674D" w:rsidRPr="000979D0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5403C9FC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14:paraId="45453B7F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9D41A02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</w:rPr>
                    <w:t>Τύπος σύμβασης: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6F72557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  <w:r>
                    <w:rPr>
                      <w:color w:val="111111"/>
                      <w:sz w:val="20"/>
                    </w:rPr>
                    <w:t xml:space="preserve"> </w:t>
                  </w:r>
                </w:p>
                <w:p w14:paraId="05D37CBC" w14:textId="77777777" w:rsidR="00A3674D" w:rsidRDefault="00A3674D" w:rsidP="00A3674D">
                  <w:pPr>
                    <w:spacing w:after="0" w:line="240" w:lineRule="auto"/>
                    <w:rPr>
                      <w:color w:val="111111"/>
                      <w:sz w:val="20"/>
                      <w:lang w:val="el-GR"/>
                    </w:rPr>
                  </w:pPr>
                </w:p>
                <w:p w14:paraId="18F68B28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  <w:tr w:rsidR="00A3674D" w:rsidRPr="00FE26AA" w14:paraId="09329D08" w14:textId="77777777" w:rsidTr="00A3674D"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31EEF13D" w14:textId="77777777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Στοιχεία</w:t>
                  </w:r>
                </w:p>
                <w:p w14:paraId="0C08594C" w14:textId="7838B119" w:rsidR="00A3674D" w:rsidRPr="00A3674D" w:rsidRDefault="00A3674D" w:rsidP="00A3674D">
                  <w:pPr>
                    <w:spacing w:after="0" w:line="240" w:lineRule="auto"/>
                    <w:ind w:right="-38"/>
                    <w:rPr>
                      <w:sz w:val="18"/>
                      <w:szCs w:val="18"/>
                      <w:lang w:val="el-GR"/>
                    </w:rPr>
                  </w:pP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επικοινωνίας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br/>
                    <w:t>παλαιότερης</w:t>
                  </w:r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br/>
                    <w:t>(</w:t>
                  </w:r>
                  <w:proofErr w:type="spellStart"/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αρ</w:t>
                  </w:r>
                  <w:proofErr w:type="spellEnd"/>
                  <w:r w:rsidRPr="00A3674D">
                    <w:rPr>
                      <w:b/>
                      <w:color w:val="2B2B2B"/>
                      <w:sz w:val="18"/>
                      <w:szCs w:val="18"/>
                      <w:lang w:val="el-GR"/>
                    </w:rPr>
                    <w:t>. - ΑΤ):</w:t>
                  </w:r>
                </w:p>
              </w:tc>
              <w:tc>
                <w:tcPr>
                  <w:tcW w:w="4110" w:type="dxa"/>
                  <w:tcBorders>
                    <w:top w:val="nil"/>
                    <w:left w:val="nil"/>
                    <w:bottom w:val="single" w:sz="8" w:space="0" w:color="7A7A7A"/>
                    <w:right w:val="nil"/>
                  </w:tcBorders>
                  <w:tcMar>
                    <w:top w:w="55" w:type="dxa"/>
                    <w:left w:w="0" w:type="dxa"/>
                    <w:bottom w:w="55" w:type="dxa"/>
                    <w:right w:w="40" w:type="dxa"/>
                  </w:tcMar>
                  <w:vAlign w:val="bottom"/>
                </w:tcPr>
                <w:p w14:paraId="1D3161C9" w14:textId="77777777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  <w:p w14:paraId="183A45D7" w14:textId="77777777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  <w:p w14:paraId="2B651D99" w14:textId="77777777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  <w:p w14:paraId="226EC11A" w14:textId="77777777" w:rsid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  <w:p w14:paraId="37566A23" w14:textId="77777777" w:rsidR="00A3674D" w:rsidRPr="00A3674D" w:rsidRDefault="00A3674D" w:rsidP="00A3674D">
                  <w:pPr>
                    <w:spacing w:after="0" w:line="240" w:lineRule="auto"/>
                    <w:rPr>
                      <w:lang w:val="el-GR"/>
                    </w:rPr>
                  </w:pPr>
                </w:p>
              </w:tc>
            </w:tr>
          </w:tbl>
          <w:p w14:paraId="39C475D2" w14:textId="5D79ABF5" w:rsidR="00F30DFD" w:rsidRPr="00A3674D" w:rsidRDefault="00F30DFD">
            <w:pPr>
              <w:spacing w:after="160" w:line="240" w:lineRule="auto"/>
              <w:rPr>
                <w:lang w:val="el-GR"/>
              </w:rPr>
            </w:pPr>
          </w:p>
          <w:p w14:paraId="216E61EE" w14:textId="77777777" w:rsidR="00F30DFD" w:rsidRPr="00A3674D" w:rsidRDefault="00F30DFD">
            <w:pPr>
              <w:rPr>
                <w:lang w:val="el-GR"/>
              </w:rPr>
            </w:pPr>
          </w:p>
        </w:tc>
        <w:tc>
          <w:tcPr>
            <w:tcW w:w="4409" w:type="dxa"/>
            <w:tcBorders>
              <w:top w:val="single" w:sz="8" w:space="0" w:color="D8DDE3"/>
              <w:left w:val="single" w:sz="8" w:space="0" w:color="D8DDE3"/>
              <w:bottom w:val="single" w:sz="8" w:space="0" w:color="D8DDE3"/>
              <w:right w:val="single" w:sz="8" w:space="0" w:color="D8DDE3"/>
            </w:tcBorders>
            <w:shd w:val="clear" w:color="auto" w:fill="FDE9D9" w:themeFill="accent6" w:themeFillTint="33"/>
            <w:tcMar>
              <w:top w:w="300" w:type="dxa"/>
              <w:left w:w="340" w:type="dxa"/>
              <w:bottom w:w="250" w:type="dxa"/>
              <w:right w:w="300" w:type="dxa"/>
            </w:tcMar>
          </w:tcPr>
          <w:p w14:paraId="3F2B76CD" w14:textId="77777777" w:rsidR="0047770A" w:rsidRDefault="0047770A">
            <w:pPr>
              <w:spacing w:after="80" w:line="240" w:lineRule="auto"/>
              <w:rPr>
                <w:b/>
                <w:color w:val="555555"/>
                <w:sz w:val="18"/>
                <w:lang w:val="el-GR"/>
              </w:rPr>
            </w:pPr>
          </w:p>
          <w:p w14:paraId="33F93F25" w14:textId="4F58631D" w:rsidR="00C32441" w:rsidRDefault="00C32441">
            <w:pPr>
              <w:spacing w:after="80" w:line="240" w:lineRule="auto"/>
              <w:rPr>
                <w:b/>
                <w:color w:val="555555"/>
                <w:sz w:val="18"/>
                <w:lang w:val="el-GR"/>
              </w:rPr>
            </w:pPr>
            <w:r>
              <w:rPr>
                <w:b/>
                <w:color w:val="555555"/>
                <w:sz w:val="18"/>
                <w:lang w:val="el-GR"/>
              </w:rPr>
              <w:t>*Αριθμός Μητρώου</w:t>
            </w:r>
          </w:p>
          <w:p w14:paraId="73C124DF" w14:textId="40FF524B" w:rsidR="00C32441" w:rsidRDefault="00C32441">
            <w:pPr>
              <w:spacing w:after="80" w:line="240" w:lineRule="auto"/>
              <w:rPr>
                <w:b/>
                <w:color w:val="555555"/>
                <w:sz w:val="18"/>
                <w:lang w:val="el-GR"/>
              </w:rPr>
            </w:pPr>
            <w:r>
              <w:rPr>
                <w:b/>
                <w:color w:val="555555"/>
                <w:sz w:val="18"/>
                <w:lang w:val="el-GR"/>
              </w:rPr>
              <w:t xml:space="preserve">                                --------------------</w:t>
            </w:r>
          </w:p>
          <w:p w14:paraId="267417C2" w14:textId="06C75D96" w:rsidR="00C32441" w:rsidRDefault="00C32441">
            <w:pPr>
              <w:spacing w:after="80" w:line="240" w:lineRule="auto"/>
              <w:rPr>
                <w:b/>
                <w:color w:val="555555"/>
                <w:sz w:val="18"/>
                <w:lang w:val="el-GR"/>
              </w:rPr>
            </w:pPr>
            <w:r>
              <w:rPr>
                <w:b/>
                <w:color w:val="555555"/>
                <w:sz w:val="18"/>
                <w:lang w:val="el-GR"/>
              </w:rPr>
              <w:t xml:space="preserve">*Ημερομηνία Έγκρισης                      </w:t>
            </w:r>
          </w:p>
          <w:p w14:paraId="6B204999" w14:textId="124057A5" w:rsidR="00C32441" w:rsidRDefault="00C32441">
            <w:pPr>
              <w:spacing w:after="80" w:line="240" w:lineRule="auto"/>
              <w:rPr>
                <w:b/>
                <w:color w:val="555555"/>
                <w:sz w:val="18"/>
                <w:lang w:val="el-GR"/>
              </w:rPr>
            </w:pPr>
            <w:r>
              <w:rPr>
                <w:b/>
                <w:color w:val="555555"/>
                <w:sz w:val="18"/>
                <w:lang w:val="el-GR"/>
              </w:rPr>
              <w:t xml:space="preserve">                                --------------------    </w:t>
            </w:r>
          </w:p>
          <w:p w14:paraId="22AFABB9" w14:textId="4A675757" w:rsidR="00F30DFD" w:rsidRPr="00A3674D" w:rsidRDefault="00000000">
            <w:pPr>
              <w:spacing w:after="80" w:line="240" w:lineRule="auto"/>
              <w:rPr>
                <w:lang w:val="el-GR"/>
              </w:rPr>
            </w:pPr>
            <w:r w:rsidRPr="00A3674D">
              <w:rPr>
                <w:b/>
                <w:color w:val="555555"/>
                <w:sz w:val="18"/>
                <w:lang w:val="el-GR"/>
              </w:rPr>
              <w:t>Προς</w:t>
            </w:r>
          </w:p>
          <w:p w14:paraId="485B9DE4" w14:textId="77777777" w:rsidR="00F30DFD" w:rsidRPr="00A3674D" w:rsidRDefault="00000000">
            <w:pPr>
              <w:spacing w:after="320" w:line="300" w:lineRule="auto"/>
              <w:rPr>
                <w:lang w:val="el-GR"/>
              </w:rPr>
            </w:pPr>
            <w:r w:rsidRPr="00A3674D">
              <w:rPr>
                <w:b/>
                <w:color w:val="111111"/>
                <w:sz w:val="22"/>
                <w:lang w:val="el-GR"/>
              </w:rPr>
              <w:t>Το Διοικητικό Συμβούλιο</w:t>
            </w:r>
            <w:r w:rsidRPr="00A3674D">
              <w:rPr>
                <w:b/>
                <w:color w:val="111111"/>
                <w:sz w:val="22"/>
                <w:lang w:val="el-GR"/>
              </w:rPr>
              <w:br/>
              <w:t>του Σωματείου Εργαζομένων</w:t>
            </w:r>
            <w:r w:rsidRPr="00A3674D">
              <w:rPr>
                <w:b/>
                <w:color w:val="111111"/>
                <w:sz w:val="22"/>
                <w:lang w:val="el-GR"/>
              </w:rPr>
              <w:br/>
              <w:t xml:space="preserve">στον Όμιλο </w:t>
            </w:r>
            <w:r>
              <w:rPr>
                <w:b/>
                <w:color w:val="111111"/>
                <w:sz w:val="22"/>
              </w:rPr>
              <w:t>EPSILON</w:t>
            </w:r>
            <w:r w:rsidRPr="00A3674D">
              <w:rPr>
                <w:b/>
                <w:color w:val="111111"/>
                <w:sz w:val="22"/>
                <w:lang w:val="el-GR"/>
              </w:rPr>
              <w:t xml:space="preserve"> </w:t>
            </w:r>
            <w:r>
              <w:rPr>
                <w:b/>
                <w:color w:val="111111"/>
                <w:sz w:val="22"/>
              </w:rPr>
              <w:t>NET</w:t>
            </w:r>
          </w:p>
          <w:p w14:paraId="7DC50AD1" w14:textId="77777777" w:rsidR="00F30DFD" w:rsidRPr="00A3674D" w:rsidRDefault="00000000">
            <w:pPr>
              <w:spacing w:after="80" w:line="240" w:lineRule="auto"/>
              <w:rPr>
                <w:lang w:val="el-GR"/>
              </w:rPr>
            </w:pPr>
            <w:r w:rsidRPr="00A3674D">
              <w:rPr>
                <w:b/>
                <w:color w:val="555555"/>
                <w:sz w:val="18"/>
                <w:lang w:val="el-GR"/>
              </w:rPr>
              <w:t>Θέμα</w:t>
            </w:r>
          </w:p>
          <w:p w14:paraId="0B3CEFB6" w14:textId="77777777" w:rsidR="00F30DFD" w:rsidRPr="00A3674D" w:rsidRDefault="00000000">
            <w:pPr>
              <w:spacing w:after="400" w:line="300" w:lineRule="auto"/>
              <w:rPr>
                <w:lang w:val="el-GR"/>
              </w:rPr>
            </w:pPr>
            <w:r w:rsidRPr="00A3674D">
              <w:rPr>
                <w:b/>
                <w:color w:val="111111"/>
                <w:sz w:val="22"/>
                <w:lang w:val="el-GR"/>
              </w:rPr>
              <w:t xml:space="preserve">Αίτηση εγγραφής στο Σωματείο Εργαζομένων στον Όμιλο </w:t>
            </w:r>
            <w:r>
              <w:rPr>
                <w:b/>
                <w:color w:val="111111"/>
                <w:sz w:val="22"/>
              </w:rPr>
              <w:t>EPSILON</w:t>
            </w:r>
            <w:r w:rsidRPr="00A3674D">
              <w:rPr>
                <w:b/>
                <w:color w:val="111111"/>
                <w:sz w:val="22"/>
                <w:lang w:val="el-GR"/>
              </w:rPr>
              <w:t xml:space="preserve"> </w:t>
            </w:r>
            <w:r>
              <w:rPr>
                <w:b/>
                <w:color w:val="111111"/>
                <w:sz w:val="22"/>
              </w:rPr>
              <w:t>NET</w:t>
            </w:r>
          </w:p>
          <w:p w14:paraId="3BC4CF4A" w14:textId="77777777" w:rsidR="00F30DFD" w:rsidRPr="00A3674D" w:rsidRDefault="00000000">
            <w:pPr>
              <w:spacing w:after="280" w:line="324" w:lineRule="auto"/>
              <w:rPr>
                <w:lang w:val="el-GR"/>
              </w:rPr>
            </w:pPr>
            <w:r w:rsidRPr="00A3674D">
              <w:rPr>
                <w:color w:val="222222"/>
                <w:sz w:val="20"/>
                <w:lang w:val="el-GR"/>
              </w:rPr>
              <w:t xml:space="preserve">Ο/Η κάτωθι υπογεγραμμένος/η αιτούμαι την εγγραφή μου στο Σωματείο Εργαζομένων στον Όμιλο </w:t>
            </w:r>
            <w:r>
              <w:rPr>
                <w:color w:val="222222"/>
                <w:sz w:val="20"/>
              </w:rPr>
              <w:t>EPSILON</w:t>
            </w:r>
            <w:r w:rsidRPr="00A3674D">
              <w:rPr>
                <w:color w:val="222222"/>
                <w:sz w:val="20"/>
                <w:lang w:val="el-GR"/>
              </w:rPr>
              <w:t xml:space="preserve"> </w:t>
            </w:r>
            <w:r>
              <w:rPr>
                <w:color w:val="222222"/>
                <w:sz w:val="20"/>
              </w:rPr>
              <w:t>NET</w:t>
            </w:r>
            <w:r w:rsidRPr="00A3674D">
              <w:rPr>
                <w:color w:val="222222"/>
                <w:sz w:val="20"/>
                <w:lang w:val="el-GR"/>
              </w:rPr>
              <w:t>.</w:t>
            </w:r>
          </w:p>
          <w:p w14:paraId="0851303D" w14:textId="77777777" w:rsidR="00F30DFD" w:rsidRPr="00A3674D" w:rsidRDefault="00000000">
            <w:pPr>
              <w:spacing w:after="400" w:line="324" w:lineRule="auto"/>
              <w:rPr>
                <w:lang w:val="el-GR"/>
              </w:rPr>
            </w:pPr>
            <w:r w:rsidRPr="00A3674D">
              <w:rPr>
                <w:color w:val="222222"/>
                <w:sz w:val="20"/>
                <w:lang w:val="el-GR"/>
              </w:rPr>
              <w:t>Με την αίτηση αυτή δηλώνω ότι αποδέχομαι τις διατάξεις του καταστατικού του σωματείου.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63"/>
            </w:tblGrid>
            <w:tr w:rsidR="00F30DFD" w:rsidRPr="00FE26AA" w14:paraId="78DF41DE" w14:textId="77777777" w:rsidTr="00A3674D">
              <w:trPr>
                <w:trHeight w:val="263"/>
              </w:trPr>
              <w:tc>
                <w:tcPr>
                  <w:tcW w:w="3363" w:type="dxa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shd w:val="clear" w:color="auto" w:fill="FFFFFF"/>
                  <w:tcMar>
                    <w:top w:w="55" w:type="dxa"/>
                    <w:left w:w="90" w:type="dxa"/>
                    <w:bottom w:w="55" w:type="dxa"/>
                    <w:right w:w="90" w:type="dxa"/>
                  </w:tcMar>
                </w:tcPr>
                <w:p w14:paraId="2DB44C48" w14:textId="706252FA" w:rsidR="00F30DFD" w:rsidRPr="00A3674D" w:rsidRDefault="00A3674D">
                  <w:pPr>
                    <w:spacing w:after="0" w:line="240" w:lineRule="auto"/>
                    <w:rPr>
                      <w:lang w:val="el-GR"/>
                    </w:rPr>
                  </w:pPr>
                  <w:r>
                    <w:rPr>
                      <w:color w:val="333333"/>
                      <w:sz w:val="17"/>
                      <w:lang w:val="el-GR"/>
                    </w:rPr>
                    <w:t>(</w:t>
                  </w:r>
                  <w:r w:rsidRPr="00A3674D">
                    <w:rPr>
                      <w:color w:val="333333"/>
                      <w:sz w:val="17"/>
                      <w:lang w:val="el-GR"/>
                    </w:rPr>
                    <w:t>Εγγραφή στο σωματείο: 5€</w:t>
                  </w:r>
                  <w:r>
                    <w:rPr>
                      <w:color w:val="333333"/>
                      <w:sz w:val="17"/>
                      <w:lang w:val="el-GR"/>
                    </w:rPr>
                    <w:t>)</w:t>
                  </w:r>
                </w:p>
              </w:tc>
            </w:tr>
            <w:tr w:rsidR="00F30DFD" w:rsidRPr="00FE26AA" w14:paraId="0E7E666F" w14:textId="77777777" w:rsidTr="00A3674D">
              <w:trPr>
                <w:trHeight w:val="263"/>
              </w:trPr>
              <w:tc>
                <w:tcPr>
                  <w:tcW w:w="3363" w:type="dxa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shd w:val="clear" w:color="auto" w:fill="FFFFFF"/>
                  <w:tcMar>
                    <w:top w:w="55" w:type="dxa"/>
                    <w:left w:w="90" w:type="dxa"/>
                    <w:bottom w:w="55" w:type="dxa"/>
                    <w:right w:w="90" w:type="dxa"/>
                  </w:tcMar>
                </w:tcPr>
                <w:p w14:paraId="27EEC814" w14:textId="7811DFA8" w:rsidR="00F30DFD" w:rsidRPr="00A3674D" w:rsidRDefault="00A3674D">
                  <w:pPr>
                    <w:spacing w:after="0" w:line="240" w:lineRule="auto"/>
                    <w:rPr>
                      <w:lang w:val="el-GR"/>
                    </w:rPr>
                  </w:pPr>
                  <w:r>
                    <w:rPr>
                      <w:color w:val="333333"/>
                      <w:sz w:val="17"/>
                      <w:lang w:val="el-GR"/>
                    </w:rPr>
                    <w:t>(</w:t>
                  </w:r>
                  <w:r w:rsidRPr="00A3674D">
                    <w:rPr>
                      <w:color w:val="333333"/>
                      <w:sz w:val="17"/>
                      <w:lang w:val="el-GR"/>
                    </w:rPr>
                    <w:t>Μηνιαία συνδρομή: 2€</w:t>
                  </w:r>
                  <w:r>
                    <w:rPr>
                      <w:color w:val="333333"/>
                      <w:sz w:val="17"/>
                      <w:lang w:val="el-GR"/>
                    </w:rPr>
                    <w:t>)</w:t>
                  </w:r>
                </w:p>
              </w:tc>
            </w:tr>
          </w:tbl>
          <w:p w14:paraId="3D1EE176" w14:textId="77777777" w:rsidR="00A3674D" w:rsidRDefault="00A3674D">
            <w:pPr>
              <w:spacing w:before="360" w:after="120" w:line="240" w:lineRule="auto"/>
              <w:rPr>
                <w:b/>
                <w:color w:val="555555"/>
                <w:sz w:val="18"/>
                <w:lang w:val="el-GR"/>
              </w:rPr>
            </w:pPr>
          </w:p>
          <w:p w14:paraId="78AF7DC0" w14:textId="57C14F57" w:rsidR="00A3674D" w:rsidRPr="000979D0" w:rsidRDefault="000979D0" w:rsidP="000979D0">
            <w:pPr>
              <w:spacing w:before="360" w:after="120" w:line="240" w:lineRule="auto"/>
              <w:jc w:val="center"/>
              <w:rPr>
                <w:b/>
                <w:color w:val="555555"/>
                <w:sz w:val="18"/>
                <w:lang w:val="el-GR"/>
              </w:rPr>
            </w:pPr>
            <w:r>
              <w:rPr>
                <w:b/>
                <w:color w:val="555555"/>
                <w:sz w:val="18"/>
              </w:rPr>
              <w:t>O</w:t>
            </w:r>
            <w:r w:rsidRPr="000979D0">
              <w:rPr>
                <w:b/>
                <w:color w:val="555555"/>
                <w:sz w:val="18"/>
                <w:lang w:val="el-GR"/>
              </w:rPr>
              <w:t>/</w:t>
            </w:r>
            <w:r>
              <w:rPr>
                <w:b/>
                <w:color w:val="555555"/>
                <w:sz w:val="18"/>
              </w:rPr>
              <w:t>H</w:t>
            </w:r>
            <w:r w:rsidRPr="000979D0">
              <w:rPr>
                <w:b/>
                <w:color w:val="555555"/>
                <w:sz w:val="18"/>
                <w:lang w:val="el-GR"/>
              </w:rPr>
              <w:t xml:space="preserve"> </w:t>
            </w:r>
            <w:r>
              <w:rPr>
                <w:b/>
                <w:color w:val="555555"/>
                <w:sz w:val="18"/>
                <w:lang w:val="el-GR"/>
              </w:rPr>
              <w:t>Αιτών / Αιτούσα</w:t>
            </w:r>
          </w:p>
          <w:p w14:paraId="629FD460" w14:textId="77777777" w:rsidR="00A3674D" w:rsidRDefault="00A3674D">
            <w:pPr>
              <w:spacing w:before="360" w:after="120" w:line="240" w:lineRule="auto"/>
              <w:rPr>
                <w:lang w:val="el-GR"/>
              </w:rPr>
            </w:pPr>
          </w:p>
          <w:p w14:paraId="2AAB9973" w14:textId="77777777" w:rsidR="000979D0" w:rsidRPr="00A3674D" w:rsidRDefault="000979D0">
            <w:pPr>
              <w:pBdr>
                <w:bottom w:val="single" w:sz="6" w:space="1" w:color="auto"/>
              </w:pBdr>
              <w:spacing w:before="360" w:after="120" w:line="240" w:lineRule="auto"/>
              <w:rPr>
                <w:lang w:val="el-GR"/>
              </w:rPr>
            </w:pPr>
          </w:p>
          <w:p w14:paraId="5B05C909" w14:textId="77777777" w:rsidR="0047770A" w:rsidRDefault="0047770A" w:rsidP="0047770A">
            <w:pPr>
              <w:spacing w:before="360" w:after="120" w:line="240" w:lineRule="auto"/>
              <w:jc w:val="center"/>
              <w:rPr>
                <w:b/>
                <w:color w:val="555555"/>
                <w:sz w:val="18"/>
                <w:lang w:val="el-GR"/>
              </w:rPr>
            </w:pPr>
            <w:r w:rsidRPr="00A3674D">
              <w:rPr>
                <w:b/>
                <w:color w:val="555555"/>
                <w:sz w:val="18"/>
                <w:lang w:val="el-GR"/>
              </w:rPr>
              <w:t>Ημερομηνία</w:t>
            </w:r>
            <w:r>
              <w:rPr>
                <w:b/>
                <w:color w:val="555555"/>
                <w:sz w:val="18"/>
                <w:lang w:val="el-GR"/>
              </w:rPr>
              <w:t xml:space="preserve">          /      /2026</w:t>
            </w:r>
          </w:p>
          <w:p w14:paraId="644C0D9D" w14:textId="6E08C4D4" w:rsidR="0047770A" w:rsidRPr="00A3674D" w:rsidRDefault="0047770A">
            <w:pPr>
              <w:rPr>
                <w:lang w:val="el-GR"/>
              </w:rPr>
            </w:pPr>
          </w:p>
        </w:tc>
      </w:tr>
    </w:tbl>
    <w:p w14:paraId="75EEB84D" w14:textId="77777777" w:rsidR="00662057" w:rsidRPr="00A3674D" w:rsidRDefault="00662057" w:rsidP="00A3674D">
      <w:pPr>
        <w:rPr>
          <w:lang w:val="el-GR"/>
        </w:rPr>
      </w:pPr>
    </w:p>
    <w:sectPr w:rsidR="00662057" w:rsidRPr="00A3674D" w:rsidSect="00512986">
      <w:footerReference w:type="default" r:id="rId9"/>
      <w:pgSz w:w="11906" w:h="16838"/>
      <w:pgMar w:top="284" w:right="935" w:bottom="765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B1B9F" w14:textId="77777777" w:rsidR="007F3C0B" w:rsidRDefault="007F3C0B">
      <w:pPr>
        <w:spacing w:after="0" w:line="240" w:lineRule="auto"/>
      </w:pPr>
      <w:r>
        <w:separator/>
      </w:r>
    </w:p>
  </w:endnote>
  <w:endnote w:type="continuationSeparator" w:id="0">
    <w:p w14:paraId="3F19371B" w14:textId="77777777" w:rsidR="007F3C0B" w:rsidRDefault="007F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69D" w14:textId="77777777" w:rsidR="00F30DFD" w:rsidRPr="00A3674D" w:rsidRDefault="00000000">
    <w:pPr>
      <w:pStyle w:val="Footer"/>
      <w:jc w:val="center"/>
      <w:rPr>
        <w:lang w:val="el-GR"/>
      </w:rPr>
    </w:pPr>
    <w:r w:rsidRPr="00A3674D">
      <w:rPr>
        <w:color w:val="777777"/>
        <w:sz w:val="16"/>
        <w:lang w:val="el-GR"/>
      </w:rPr>
      <w:t xml:space="preserve">Σωματείο Εργαζομένων στον Όμιλο </w:t>
    </w:r>
    <w:r>
      <w:rPr>
        <w:color w:val="777777"/>
        <w:sz w:val="16"/>
      </w:rPr>
      <w:t>EPSILON</w:t>
    </w:r>
    <w:r w:rsidRPr="00A3674D">
      <w:rPr>
        <w:color w:val="777777"/>
        <w:sz w:val="16"/>
        <w:lang w:val="el-GR"/>
      </w:rPr>
      <w:t xml:space="preserve"> </w:t>
    </w:r>
    <w:r>
      <w:rPr>
        <w:color w:val="777777"/>
        <w:sz w:val="16"/>
      </w:rPr>
      <w:t>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D6C04" w14:textId="77777777" w:rsidR="007F3C0B" w:rsidRDefault="007F3C0B">
      <w:pPr>
        <w:spacing w:after="0" w:line="240" w:lineRule="auto"/>
      </w:pPr>
      <w:r>
        <w:separator/>
      </w:r>
    </w:p>
  </w:footnote>
  <w:footnote w:type="continuationSeparator" w:id="0">
    <w:p w14:paraId="06C67A8D" w14:textId="77777777" w:rsidR="007F3C0B" w:rsidRDefault="007F3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463320">
    <w:abstractNumId w:val="8"/>
  </w:num>
  <w:num w:numId="2" w16cid:durableId="1040594874">
    <w:abstractNumId w:val="6"/>
  </w:num>
  <w:num w:numId="3" w16cid:durableId="1173178316">
    <w:abstractNumId w:val="5"/>
  </w:num>
  <w:num w:numId="4" w16cid:durableId="384722944">
    <w:abstractNumId w:val="4"/>
  </w:num>
  <w:num w:numId="5" w16cid:durableId="1553686120">
    <w:abstractNumId w:val="7"/>
  </w:num>
  <w:num w:numId="6" w16cid:durableId="1954895935">
    <w:abstractNumId w:val="3"/>
  </w:num>
  <w:num w:numId="7" w16cid:durableId="609093194">
    <w:abstractNumId w:val="2"/>
  </w:num>
  <w:num w:numId="8" w16cid:durableId="1141388163">
    <w:abstractNumId w:val="1"/>
  </w:num>
  <w:num w:numId="9" w16cid:durableId="198050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9D0"/>
    <w:rsid w:val="0015074B"/>
    <w:rsid w:val="002644D6"/>
    <w:rsid w:val="0029639D"/>
    <w:rsid w:val="002B7536"/>
    <w:rsid w:val="00326F90"/>
    <w:rsid w:val="0047770A"/>
    <w:rsid w:val="00512986"/>
    <w:rsid w:val="005532F5"/>
    <w:rsid w:val="005B27CF"/>
    <w:rsid w:val="005C0BBD"/>
    <w:rsid w:val="00662057"/>
    <w:rsid w:val="006E69C8"/>
    <w:rsid w:val="00750447"/>
    <w:rsid w:val="007F3C0B"/>
    <w:rsid w:val="00A158C0"/>
    <w:rsid w:val="00A3674D"/>
    <w:rsid w:val="00AA1D8D"/>
    <w:rsid w:val="00B47730"/>
    <w:rsid w:val="00BA52D2"/>
    <w:rsid w:val="00C32441"/>
    <w:rsid w:val="00C4186E"/>
    <w:rsid w:val="00CB0664"/>
    <w:rsid w:val="00E23548"/>
    <w:rsid w:val="00E25DE1"/>
    <w:rsid w:val="00F30DFD"/>
    <w:rsid w:val="00FC693F"/>
    <w:rsid w:val="00FE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F7B98"/>
  <w14:defaultImageDpi w14:val="300"/>
  <w15:docId w15:val="{8946512A-2AAA-4F5F-B7FD-AF6CA1F8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DejaVu Sans" w:eastAsia="DejaVu Sans" w:hAnsi="DejaVu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Αίτηση εγγραφής στο σωματείο</vt:lpstr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εγγραφής στο σωματείο</dc:title>
  <dc:subject>Σωματείο Εργαζομένων στον Όμιλο EPSILON NET</dc:subject>
  <dc:creator>ChatGPT</dc:creator>
  <cp:keywords/>
  <dc:description/>
  <cp:lastModifiedBy>user</cp:lastModifiedBy>
  <cp:revision>2</cp:revision>
  <cp:lastPrinted>2026-06-16T04:25:00Z</cp:lastPrinted>
  <dcterms:created xsi:type="dcterms:W3CDTF">2026-09-25T18:08:00Z</dcterms:created>
  <dcterms:modified xsi:type="dcterms:W3CDTF">2026-09-25T18:08:00Z</dcterms:modified>
  <cp:category/>
</cp:coreProperties>
</file>